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e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515"/>
      </w:tblGrid>
      <w:tr w:rsidR="00902571" w14:paraId="491F5BF8" w14:textId="77777777" w:rsidTr="00F21E3B">
        <w:trPr>
          <w:trHeight w:val="1125"/>
          <w:jc w:val="center"/>
        </w:trPr>
        <w:tc>
          <w:tcPr>
            <w:tcW w:w="1555" w:type="dxa"/>
            <w:vAlign w:val="center"/>
          </w:tcPr>
          <w:p w14:paraId="72360106" w14:textId="249363DA" w:rsidR="00902571" w:rsidRPr="004A0CEF" w:rsidRDefault="004A0CEF">
            <w:pPr>
              <w:pStyle w:val="aa"/>
              <w:pBdr>
                <w:bottom w:val="none" w:sz="0" w:space="0" w:color="auto"/>
              </w:pBdr>
              <w:jc w:val="center"/>
              <w:rPr>
                <w:sz w:val="16"/>
                <w:szCs w:val="1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56A68C7" wp14:editId="048CECDA">
                  <wp:extent cx="641350" cy="641350"/>
                  <wp:effectExtent l="0" t="0" r="6350" b="6350"/>
                  <wp:docPr id="1939334538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334538" name="図 19393345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</w:tcPr>
          <w:p w14:paraId="07ADF8F1" w14:textId="77777777" w:rsidR="00F21E3B" w:rsidRDefault="004A0CEF" w:rsidP="004A0CEF">
            <w:pPr>
              <w:spacing w:before="240"/>
              <w:jc w:val="center"/>
              <w:rPr>
                <w:sz w:val="32"/>
                <w:szCs w:val="32"/>
                <w:lang w:eastAsia="ja-JP"/>
              </w:rPr>
            </w:pPr>
            <w:r w:rsidRPr="00F21E3B">
              <w:rPr>
                <w:rFonts w:hint="eastAsia"/>
                <w:sz w:val="32"/>
                <w:szCs w:val="32"/>
                <w:lang w:eastAsia="ja-JP"/>
              </w:rPr>
              <w:t>一般社団法人</w:t>
            </w:r>
            <w:r w:rsidRPr="00F21E3B">
              <w:rPr>
                <w:rFonts w:hint="eastAsia"/>
                <w:sz w:val="32"/>
                <w:szCs w:val="32"/>
                <w:lang w:eastAsia="ja-JP"/>
              </w:rPr>
              <w:t xml:space="preserve"> </w:t>
            </w:r>
            <w:r w:rsidRPr="00F21E3B">
              <w:rPr>
                <w:rFonts w:hint="eastAsia"/>
                <w:sz w:val="32"/>
                <w:szCs w:val="32"/>
                <w:lang w:eastAsia="ja-JP"/>
              </w:rPr>
              <w:t>日本薬業支援家協会　入会申込書</w:t>
            </w:r>
          </w:p>
          <w:p w14:paraId="1CD24149" w14:textId="5289B33C" w:rsidR="00902571" w:rsidRDefault="004A0CEF" w:rsidP="00F21E3B">
            <w:pPr>
              <w:jc w:val="center"/>
              <w:rPr>
                <w:sz w:val="36"/>
                <w:szCs w:val="36"/>
                <w:lang w:eastAsia="ja-JP"/>
              </w:rPr>
            </w:pPr>
            <w:r w:rsidRPr="00902571">
              <w:rPr>
                <w:sz w:val="24"/>
                <w:szCs w:val="24"/>
              </w:rPr>
              <w:t>Application for Membership – Japan Pharma Business Supporters Association</w:t>
            </w:r>
          </w:p>
        </w:tc>
      </w:tr>
    </w:tbl>
    <w:p w14:paraId="30F4F03A" w14:textId="77777777" w:rsidR="004A0CEF" w:rsidRPr="004A0CEF" w:rsidRDefault="004A0CEF">
      <w:pPr>
        <w:jc w:val="center"/>
        <w:rPr>
          <w:sz w:val="2"/>
          <w:szCs w:val="2"/>
        </w:rPr>
      </w:pPr>
    </w:p>
    <w:p w14:paraId="26560CB2" w14:textId="16AF0602" w:rsidR="0008724B" w:rsidRPr="00902571" w:rsidRDefault="00000000" w:rsidP="004A0CEF">
      <w:pPr>
        <w:ind w:leftChars="257" w:left="565"/>
        <w:rPr>
          <w:sz w:val="24"/>
          <w:szCs w:val="24"/>
        </w:rPr>
      </w:pPr>
      <w:r w:rsidRPr="00902571">
        <w:rPr>
          <w:sz w:val="24"/>
          <w:szCs w:val="24"/>
        </w:rPr>
        <w:t>【</w:t>
      </w:r>
      <w:r w:rsidRPr="00902571">
        <w:rPr>
          <w:sz w:val="24"/>
          <w:szCs w:val="24"/>
        </w:rPr>
        <w:t xml:space="preserve">1. </w:t>
      </w:r>
      <w:proofErr w:type="spellStart"/>
      <w:r w:rsidRPr="00902571">
        <w:rPr>
          <w:sz w:val="24"/>
          <w:szCs w:val="24"/>
        </w:rPr>
        <w:t>入会希望種別</w:t>
      </w:r>
      <w:proofErr w:type="spellEnd"/>
      <w:r w:rsidRPr="00902571">
        <w:rPr>
          <w:sz w:val="24"/>
          <w:szCs w:val="24"/>
        </w:rPr>
        <w:t xml:space="preserve"> / Membership </w:t>
      </w:r>
      <w:proofErr w:type="spellStart"/>
      <w:r w:rsidRPr="00902571">
        <w:rPr>
          <w:sz w:val="24"/>
          <w:szCs w:val="24"/>
        </w:rPr>
        <w:t>Type</w:t>
      </w:r>
      <w:r w:rsidRPr="00902571">
        <w:rPr>
          <w:sz w:val="24"/>
          <w:szCs w:val="24"/>
        </w:rPr>
        <w:t>（チェックしてください</w:t>
      </w:r>
      <w:proofErr w:type="spellEnd"/>
      <w:r w:rsidRPr="00902571">
        <w:rPr>
          <w:sz w:val="24"/>
          <w:szCs w:val="24"/>
        </w:rPr>
        <w:t>☑</w:t>
      </w:r>
      <w:r w:rsidRPr="00902571">
        <w:rPr>
          <w:sz w:val="24"/>
          <w:szCs w:val="24"/>
        </w:rPr>
        <w:t>）】</w:t>
      </w:r>
    </w:p>
    <w:p w14:paraId="116A7276" w14:textId="0A3388C7" w:rsidR="00DD52EF" w:rsidRPr="00902571" w:rsidRDefault="00000000" w:rsidP="00F21E3B">
      <w:pPr>
        <w:spacing w:after="0"/>
        <w:ind w:leftChars="557" w:left="1225"/>
        <w:rPr>
          <w:sz w:val="24"/>
          <w:szCs w:val="24"/>
          <w:lang w:eastAsia="ja-JP"/>
        </w:rPr>
      </w:pPr>
      <w:r w:rsidRPr="00902571">
        <w:rPr>
          <w:sz w:val="24"/>
          <w:szCs w:val="24"/>
        </w:rPr>
        <w:t xml:space="preserve">☐ </w:t>
      </w:r>
      <w:r w:rsidRPr="00902571">
        <w:rPr>
          <w:sz w:val="24"/>
          <w:szCs w:val="24"/>
        </w:rPr>
        <w:t>正会員（法人</w:t>
      </w:r>
      <w:r w:rsidRPr="00902571">
        <w:rPr>
          <w:sz w:val="24"/>
          <w:szCs w:val="24"/>
        </w:rPr>
        <w:t>A</w:t>
      </w:r>
      <w:r w:rsidRPr="00902571">
        <w:rPr>
          <w:sz w:val="24"/>
          <w:szCs w:val="24"/>
        </w:rPr>
        <w:t>：理事）</w:t>
      </w:r>
      <w:r w:rsidRPr="00902571">
        <w:rPr>
          <w:sz w:val="24"/>
          <w:szCs w:val="24"/>
        </w:rPr>
        <w:t xml:space="preserve"> </w:t>
      </w:r>
      <w:r w:rsidRPr="00902571">
        <w:rPr>
          <w:sz w:val="24"/>
          <w:szCs w:val="24"/>
        </w:rPr>
        <w:t>入会金</w:t>
      </w:r>
      <w:r w:rsidRPr="00902571">
        <w:rPr>
          <w:sz w:val="24"/>
          <w:szCs w:val="24"/>
        </w:rPr>
        <w:t>100,000</w:t>
      </w:r>
      <w:r w:rsidRPr="00902571">
        <w:rPr>
          <w:sz w:val="24"/>
          <w:szCs w:val="24"/>
        </w:rPr>
        <w:t>円</w:t>
      </w:r>
      <w:r w:rsidRPr="00902571">
        <w:rPr>
          <w:sz w:val="24"/>
          <w:szCs w:val="24"/>
        </w:rPr>
        <w:t xml:space="preserve"> </w:t>
      </w:r>
      <w:proofErr w:type="spellStart"/>
      <w:r w:rsidRPr="00902571">
        <w:rPr>
          <w:sz w:val="24"/>
          <w:szCs w:val="24"/>
        </w:rPr>
        <w:t>年会費</w:t>
      </w:r>
      <w:proofErr w:type="spellEnd"/>
      <w:r w:rsidR="009A006F">
        <w:rPr>
          <w:rFonts w:hint="eastAsia"/>
          <w:sz w:val="24"/>
          <w:szCs w:val="24"/>
          <w:lang w:eastAsia="ja-JP"/>
        </w:rPr>
        <w:t xml:space="preserve"> </w:t>
      </w:r>
      <w:r w:rsidRPr="00902571">
        <w:rPr>
          <w:sz w:val="24"/>
          <w:szCs w:val="24"/>
        </w:rPr>
        <w:t>120,000</w:t>
      </w:r>
      <w:r w:rsidRPr="00902571">
        <w:rPr>
          <w:sz w:val="24"/>
          <w:szCs w:val="24"/>
        </w:rPr>
        <w:t xml:space="preserve">円　</w:t>
      </w:r>
    </w:p>
    <w:p w14:paraId="488F9C17" w14:textId="7DF8FEF5" w:rsidR="00DD52EF" w:rsidRPr="00902571" w:rsidRDefault="00000000" w:rsidP="00F21E3B">
      <w:pPr>
        <w:spacing w:after="0"/>
        <w:ind w:leftChars="557" w:left="1225"/>
        <w:rPr>
          <w:sz w:val="24"/>
          <w:szCs w:val="24"/>
          <w:lang w:eastAsia="ja-JP"/>
        </w:rPr>
      </w:pPr>
      <w:r w:rsidRPr="00902571">
        <w:rPr>
          <w:sz w:val="24"/>
          <w:szCs w:val="24"/>
        </w:rPr>
        <w:t xml:space="preserve">☐ </w:t>
      </w:r>
      <w:proofErr w:type="spellStart"/>
      <w:r w:rsidRPr="00902571">
        <w:rPr>
          <w:sz w:val="24"/>
          <w:szCs w:val="24"/>
        </w:rPr>
        <w:t>正会員（法人</w:t>
      </w:r>
      <w:r w:rsidRPr="00902571">
        <w:rPr>
          <w:sz w:val="24"/>
          <w:szCs w:val="24"/>
        </w:rPr>
        <w:t>B</w:t>
      </w:r>
      <w:proofErr w:type="spellEnd"/>
      <w:r w:rsidRPr="00902571">
        <w:rPr>
          <w:sz w:val="24"/>
          <w:szCs w:val="24"/>
        </w:rPr>
        <w:t>）</w:t>
      </w:r>
      <w:r w:rsidRPr="00902571">
        <w:rPr>
          <w:sz w:val="24"/>
          <w:szCs w:val="24"/>
        </w:rPr>
        <w:t xml:space="preserve"> </w:t>
      </w:r>
      <w:r w:rsidR="009A006F">
        <w:rPr>
          <w:rFonts w:hint="eastAsia"/>
          <w:sz w:val="24"/>
          <w:szCs w:val="24"/>
          <w:lang w:eastAsia="ja-JP"/>
        </w:rPr>
        <w:t xml:space="preserve">　　　</w:t>
      </w:r>
      <w:proofErr w:type="spellStart"/>
      <w:r w:rsidRPr="00902571">
        <w:rPr>
          <w:sz w:val="24"/>
          <w:szCs w:val="24"/>
        </w:rPr>
        <w:t>入会金</w:t>
      </w:r>
      <w:proofErr w:type="spellEnd"/>
      <w:r w:rsidR="009A006F">
        <w:rPr>
          <w:rFonts w:hint="eastAsia"/>
          <w:sz w:val="24"/>
          <w:szCs w:val="24"/>
          <w:lang w:eastAsia="ja-JP"/>
        </w:rPr>
        <w:t xml:space="preserve">    </w:t>
      </w:r>
      <w:r w:rsidRPr="00902571">
        <w:rPr>
          <w:sz w:val="24"/>
          <w:szCs w:val="24"/>
        </w:rPr>
        <w:t>10,000</w:t>
      </w:r>
      <w:r w:rsidRPr="00902571">
        <w:rPr>
          <w:sz w:val="24"/>
          <w:szCs w:val="24"/>
        </w:rPr>
        <w:t>円</w:t>
      </w:r>
      <w:r w:rsidRPr="00902571">
        <w:rPr>
          <w:sz w:val="24"/>
          <w:szCs w:val="24"/>
        </w:rPr>
        <w:t xml:space="preserve"> </w:t>
      </w:r>
      <w:proofErr w:type="spellStart"/>
      <w:r w:rsidRPr="00902571">
        <w:rPr>
          <w:sz w:val="24"/>
          <w:szCs w:val="24"/>
        </w:rPr>
        <w:t>年会費</w:t>
      </w:r>
      <w:proofErr w:type="spellEnd"/>
      <w:r w:rsidR="009A006F">
        <w:rPr>
          <w:rFonts w:hint="eastAsia"/>
          <w:sz w:val="24"/>
          <w:szCs w:val="24"/>
          <w:lang w:eastAsia="ja-JP"/>
        </w:rPr>
        <w:t xml:space="preserve">   </w:t>
      </w:r>
      <w:r w:rsidRPr="00902571">
        <w:rPr>
          <w:sz w:val="24"/>
          <w:szCs w:val="24"/>
        </w:rPr>
        <w:t>12,000</w:t>
      </w:r>
      <w:r w:rsidRPr="00902571">
        <w:rPr>
          <w:sz w:val="24"/>
          <w:szCs w:val="24"/>
        </w:rPr>
        <w:t>円</w:t>
      </w:r>
    </w:p>
    <w:p w14:paraId="4B81A2F8" w14:textId="1D61B469" w:rsidR="00DD52EF" w:rsidRPr="00902571" w:rsidRDefault="00000000" w:rsidP="00F21E3B">
      <w:pPr>
        <w:spacing w:after="0"/>
        <w:ind w:leftChars="557" w:left="1225"/>
        <w:rPr>
          <w:sz w:val="24"/>
          <w:szCs w:val="24"/>
          <w:lang w:eastAsia="ja-JP"/>
        </w:rPr>
      </w:pPr>
      <w:r w:rsidRPr="00902571">
        <w:rPr>
          <w:sz w:val="24"/>
          <w:szCs w:val="24"/>
        </w:rPr>
        <w:t xml:space="preserve">☐ </w:t>
      </w:r>
      <w:proofErr w:type="spellStart"/>
      <w:r w:rsidRPr="00902571">
        <w:rPr>
          <w:sz w:val="24"/>
          <w:szCs w:val="24"/>
        </w:rPr>
        <w:t>正会員（個人</w:t>
      </w:r>
      <w:proofErr w:type="spellEnd"/>
      <w:r w:rsidRPr="00902571">
        <w:rPr>
          <w:sz w:val="24"/>
          <w:szCs w:val="24"/>
        </w:rPr>
        <w:t>）</w:t>
      </w:r>
      <w:r w:rsidR="00DD52EF" w:rsidRPr="00902571">
        <w:rPr>
          <w:rFonts w:hint="eastAsia"/>
          <w:sz w:val="24"/>
          <w:szCs w:val="24"/>
          <w:lang w:eastAsia="ja-JP"/>
        </w:rPr>
        <w:t xml:space="preserve">    </w:t>
      </w:r>
      <w:r w:rsidRPr="00902571">
        <w:rPr>
          <w:sz w:val="24"/>
          <w:szCs w:val="24"/>
        </w:rPr>
        <w:t xml:space="preserve"> </w:t>
      </w:r>
      <w:r w:rsidR="009A006F">
        <w:rPr>
          <w:rFonts w:hint="eastAsia"/>
          <w:sz w:val="24"/>
          <w:szCs w:val="24"/>
          <w:lang w:eastAsia="ja-JP"/>
        </w:rPr>
        <w:t xml:space="preserve">　　　</w:t>
      </w:r>
      <w:proofErr w:type="spellStart"/>
      <w:r w:rsidRPr="00902571">
        <w:rPr>
          <w:sz w:val="24"/>
          <w:szCs w:val="24"/>
        </w:rPr>
        <w:t>入会金</w:t>
      </w:r>
      <w:proofErr w:type="spellEnd"/>
      <w:r w:rsidR="00DD52EF" w:rsidRPr="00902571">
        <w:rPr>
          <w:rFonts w:hint="eastAsia"/>
          <w:sz w:val="24"/>
          <w:szCs w:val="24"/>
          <w:lang w:eastAsia="ja-JP"/>
        </w:rPr>
        <w:t xml:space="preserve">    </w:t>
      </w:r>
      <w:r w:rsidR="009A006F">
        <w:rPr>
          <w:rFonts w:hint="eastAsia"/>
          <w:sz w:val="24"/>
          <w:szCs w:val="24"/>
          <w:lang w:eastAsia="ja-JP"/>
        </w:rPr>
        <w:t xml:space="preserve">   </w:t>
      </w:r>
      <w:r w:rsidRPr="00902571">
        <w:rPr>
          <w:sz w:val="24"/>
          <w:szCs w:val="24"/>
        </w:rPr>
        <w:t>1,000</w:t>
      </w:r>
      <w:r w:rsidRPr="00902571">
        <w:rPr>
          <w:sz w:val="24"/>
          <w:szCs w:val="24"/>
        </w:rPr>
        <w:t>円</w:t>
      </w:r>
      <w:r w:rsidRPr="00902571">
        <w:rPr>
          <w:sz w:val="24"/>
          <w:szCs w:val="24"/>
        </w:rPr>
        <w:t xml:space="preserve"> </w:t>
      </w:r>
      <w:proofErr w:type="spellStart"/>
      <w:r w:rsidRPr="00902571">
        <w:rPr>
          <w:sz w:val="24"/>
          <w:szCs w:val="24"/>
        </w:rPr>
        <w:t>年会費</w:t>
      </w:r>
      <w:proofErr w:type="spellEnd"/>
      <w:r w:rsidR="00DD52EF" w:rsidRPr="00902571">
        <w:rPr>
          <w:rFonts w:hint="eastAsia"/>
          <w:sz w:val="24"/>
          <w:szCs w:val="24"/>
          <w:lang w:eastAsia="ja-JP"/>
        </w:rPr>
        <w:t xml:space="preserve">  </w:t>
      </w:r>
      <w:r w:rsidR="009A006F">
        <w:rPr>
          <w:rFonts w:hint="eastAsia"/>
          <w:sz w:val="24"/>
          <w:szCs w:val="24"/>
          <w:lang w:eastAsia="ja-JP"/>
        </w:rPr>
        <w:t xml:space="preserve">  </w:t>
      </w:r>
      <w:r w:rsidR="00DD52EF" w:rsidRPr="00902571">
        <w:rPr>
          <w:rFonts w:hint="eastAsia"/>
          <w:sz w:val="24"/>
          <w:szCs w:val="24"/>
          <w:lang w:eastAsia="ja-JP"/>
        </w:rPr>
        <w:t xml:space="preserve"> </w:t>
      </w:r>
      <w:r w:rsidRPr="00902571">
        <w:rPr>
          <w:sz w:val="24"/>
          <w:szCs w:val="24"/>
        </w:rPr>
        <w:t>1,200</w:t>
      </w:r>
      <w:r w:rsidRPr="00902571">
        <w:rPr>
          <w:sz w:val="24"/>
          <w:szCs w:val="24"/>
        </w:rPr>
        <w:t xml:space="preserve">円　</w:t>
      </w:r>
    </w:p>
    <w:p w14:paraId="454C7EB1" w14:textId="2F5EEEE7" w:rsidR="00DD52EF" w:rsidRPr="00902571" w:rsidRDefault="00000000" w:rsidP="00F21E3B">
      <w:pPr>
        <w:spacing w:after="0"/>
        <w:ind w:leftChars="557" w:left="1225"/>
        <w:rPr>
          <w:sz w:val="24"/>
          <w:szCs w:val="24"/>
          <w:lang w:eastAsia="ja-JP"/>
        </w:rPr>
      </w:pPr>
      <w:r w:rsidRPr="00902571">
        <w:rPr>
          <w:sz w:val="24"/>
          <w:szCs w:val="24"/>
        </w:rPr>
        <w:t xml:space="preserve">☐ </w:t>
      </w:r>
      <w:proofErr w:type="spellStart"/>
      <w:r w:rsidRPr="00902571">
        <w:rPr>
          <w:sz w:val="24"/>
          <w:szCs w:val="24"/>
        </w:rPr>
        <w:t>賛助会員（法人</w:t>
      </w:r>
      <w:proofErr w:type="spellEnd"/>
      <w:r w:rsidRPr="00902571">
        <w:rPr>
          <w:sz w:val="24"/>
          <w:szCs w:val="24"/>
        </w:rPr>
        <w:t>）</w:t>
      </w:r>
      <w:r w:rsidRPr="00902571">
        <w:rPr>
          <w:sz w:val="24"/>
          <w:szCs w:val="24"/>
        </w:rPr>
        <w:t xml:space="preserve"> </w:t>
      </w:r>
      <w:r w:rsidR="009A006F">
        <w:rPr>
          <w:rFonts w:hint="eastAsia"/>
          <w:sz w:val="24"/>
          <w:szCs w:val="24"/>
          <w:lang w:eastAsia="ja-JP"/>
        </w:rPr>
        <w:t xml:space="preserve">　　　</w:t>
      </w:r>
      <w:proofErr w:type="spellStart"/>
      <w:r w:rsidRPr="00902571">
        <w:rPr>
          <w:sz w:val="24"/>
          <w:szCs w:val="24"/>
        </w:rPr>
        <w:t>入会金</w:t>
      </w:r>
      <w:proofErr w:type="spellEnd"/>
      <w:r w:rsidR="00DD52EF" w:rsidRPr="00902571">
        <w:rPr>
          <w:rFonts w:hint="eastAsia"/>
          <w:sz w:val="24"/>
          <w:szCs w:val="24"/>
          <w:lang w:eastAsia="ja-JP"/>
        </w:rPr>
        <w:t xml:space="preserve">    </w:t>
      </w:r>
      <w:r w:rsidR="009A006F">
        <w:rPr>
          <w:rFonts w:hint="eastAsia"/>
          <w:sz w:val="24"/>
          <w:szCs w:val="24"/>
          <w:lang w:eastAsia="ja-JP"/>
        </w:rPr>
        <w:t xml:space="preserve">  </w:t>
      </w:r>
      <w:r w:rsidRPr="00902571">
        <w:rPr>
          <w:sz w:val="24"/>
          <w:szCs w:val="24"/>
        </w:rPr>
        <w:t>5,000</w:t>
      </w:r>
      <w:r w:rsidRPr="00902571">
        <w:rPr>
          <w:sz w:val="24"/>
          <w:szCs w:val="24"/>
        </w:rPr>
        <w:t>円</w:t>
      </w:r>
      <w:r w:rsidRPr="00902571">
        <w:rPr>
          <w:sz w:val="24"/>
          <w:szCs w:val="24"/>
        </w:rPr>
        <w:t xml:space="preserve"> </w:t>
      </w:r>
      <w:proofErr w:type="spellStart"/>
      <w:r w:rsidRPr="00902571">
        <w:rPr>
          <w:sz w:val="24"/>
          <w:szCs w:val="24"/>
        </w:rPr>
        <w:t>年会費</w:t>
      </w:r>
      <w:proofErr w:type="spellEnd"/>
      <w:r w:rsidR="00DD52EF" w:rsidRPr="00902571">
        <w:rPr>
          <w:rFonts w:hint="eastAsia"/>
          <w:sz w:val="24"/>
          <w:szCs w:val="24"/>
          <w:lang w:eastAsia="ja-JP"/>
        </w:rPr>
        <w:t xml:space="preserve">   </w:t>
      </w:r>
      <w:r w:rsidR="009A006F">
        <w:rPr>
          <w:rFonts w:hint="eastAsia"/>
          <w:sz w:val="24"/>
          <w:szCs w:val="24"/>
          <w:lang w:eastAsia="ja-JP"/>
        </w:rPr>
        <w:t xml:space="preserve">   </w:t>
      </w:r>
      <w:r w:rsidRPr="00902571">
        <w:rPr>
          <w:sz w:val="24"/>
          <w:szCs w:val="24"/>
        </w:rPr>
        <w:t>6,000</w:t>
      </w:r>
      <w:r w:rsidRPr="00902571">
        <w:rPr>
          <w:sz w:val="24"/>
          <w:szCs w:val="24"/>
        </w:rPr>
        <w:t xml:space="preserve">円　</w:t>
      </w:r>
    </w:p>
    <w:p w14:paraId="4E31E234" w14:textId="5B82B480" w:rsidR="0008724B" w:rsidRPr="00902571" w:rsidRDefault="00000000" w:rsidP="00F21E3B">
      <w:pPr>
        <w:spacing w:after="0"/>
        <w:ind w:leftChars="557" w:left="1225"/>
        <w:rPr>
          <w:sz w:val="24"/>
          <w:szCs w:val="24"/>
        </w:rPr>
      </w:pPr>
      <w:r w:rsidRPr="00902571">
        <w:rPr>
          <w:sz w:val="24"/>
          <w:szCs w:val="24"/>
        </w:rPr>
        <w:t xml:space="preserve">☐ </w:t>
      </w:r>
      <w:proofErr w:type="spellStart"/>
      <w:r w:rsidRPr="00902571">
        <w:rPr>
          <w:sz w:val="24"/>
          <w:szCs w:val="24"/>
        </w:rPr>
        <w:t>賛助会員（個人</w:t>
      </w:r>
      <w:proofErr w:type="spellEnd"/>
      <w:r w:rsidRPr="00902571">
        <w:rPr>
          <w:sz w:val="24"/>
          <w:szCs w:val="24"/>
        </w:rPr>
        <w:t>）</w:t>
      </w:r>
      <w:r w:rsidRPr="00902571">
        <w:rPr>
          <w:sz w:val="24"/>
          <w:szCs w:val="24"/>
        </w:rPr>
        <w:t xml:space="preserve"> </w:t>
      </w:r>
      <w:r w:rsidR="009A006F">
        <w:rPr>
          <w:rFonts w:hint="eastAsia"/>
          <w:sz w:val="24"/>
          <w:szCs w:val="24"/>
          <w:lang w:eastAsia="ja-JP"/>
        </w:rPr>
        <w:t xml:space="preserve">　　　</w:t>
      </w:r>
      <w:proofErr w:type="spellStart"/>
      <w:r w:rsidRPr="00902571">
        <w:rPr>
          <w:sz w:val="24"/>
          <w:szCs w:val="24"/>
        </w:rPr>
        <w:t>入会金</w:t>
      </w:r>
      <w:proofErr w:type="spellEnd"/>
      <w:r w:rsidR="00DD52EF" w:rsidRPr="00902571">
        <w:rPr>
          <w:rFonts w:hint="eastAsia"/>
          <w:sz w:val="24"/>
          <w:szCs w:val="24"/>
          <w:lang w:eastAsia="ja-JP"/>
        </w:rPr>
        <w:t xml:space="preserve">      </w:t>
      </w:r>
      <w:r w:rsidR="009A006F">
        <w:rPr>
          <w:rFonts w:hint="eastAsia"/>
          <w:sz w:val="24"/>
          <w:szCs w:val="24"/>
          <w:lang w:eastAsia="ja-JP"/>
        </w:rPr>
        <w:t xml:space="preserve">   </w:t>
      </w:r>
      <w:r w:rsidR="00DD52EF" w:rsidRPr="00902571">
        <w:rPr>
          <w:rFonts w:hint="eastAsia"/>
          <w:sz w:val="24"/>
          <w:szCs w:val="24"/>
          <w:lang w:eastAsia="ja-JP"/>
        </w:rPr>
        <w:t xml:space="preserve"> </w:t>
      </w:r>
      <w:r w:rsidRPr="00902571">
        <w:rPr>
          <w:sz w:val="24"/>
          <w:szCs w:val="24"/>
        </w:rPr>
        <w:t>500</w:t>
      </w:r>
      <w:r w:rsidRPr="00902571">
        <w:rPr>
          <w:sz w:val="24"/>
          <w:szCs w:val="24"/>
        </w:rPr>
        <w:t>円</w:t>
      </w:r>
      <w:r w:rsidRPr="00902571">
        <w:rPr>
          <w:sz w:val="24"/>
          <w:szCs w:val="24"/>
        </w:rPr>
        <w:t xml:space="preserve"> </w:t>
      </w:r>
      <w:proofErr w:type="spellStart"/>
      <w:r w:rsidRPr="00902571">
        <w:rPr>
          <w:sz w:val="24"/>
          <w:szCs w:val="24"/>
        </w:rPr>
        <w:t>年会費</w:t>
      </w:r>
      <w:proofErr w:type="spellEnd"/>
      <w:r w:rsidR="00DD52EF" w:rsidRPr="00902571">
        <w:rPr>
          <w:rFonts w:hint="eastAsia"/>
          <w:sz w:val="24"/>
          <w:szCs w:val="24"/>
          <w:lang w:eastAsia="ja-JP"/>
        </w:rPr>
        <w:t xml:space="preserve">     </w:t>
      </w:r>
      <w:r w:rsidR="009A006F">
        <w:rPr>
          <w:rFonts w:hint="eastAsia"/>
          <w:sz w:val="24"/>
          <w:szCs w:val="24"/>
          <w:lang w:eastAsia="ja-JP"/>
        </w:rPr>
        <w:t xml:space="preserve">  </w:t>
      </w:r>
      <w:r w:rsidR="00DD52EF" w:rsidRPr="00902571">
        <w:rPr>
          <w:rFonts w:hint="eastAsia"/>
          <w:sz w:val="24"/>
          <w:szCs w:val="24"/>
          <w:lang w:eastAsia="ja-JP"/>
        </w:rPr>
        <w:t xml:space="preserve">  </w:t>
      </w:r>
      <w:r w:rsidRPr="00902571">
        <w:rPr>
          <w:sz w:val="24"/>
          <w:szCs w:val="24"/>
        </w:rPr>
        <w:t>600</w:t>
      </w:r>
      <w:r w:rsidRPr="00902571">
        <w:rPr>
          <w:sz w:val="24"/>
          <w:szCs w:val="24"/>
        </w:rPr>
        <w:t>円</w:t>
      </w:r>
    </w:p>
    <w:p w14:paraId="31967640" w14:textId="188B52A1" w:rsidR="00F21E3B" w:rsidRDefault="00F21E3B" w:rsidP="00F21E3B">
      <w:pPr>
        <w:ind w:leftChars="257" w:left="565"/>
        <w:jc w:val="right"/>
        <w:rPr>
          <w:sz w:val="24"/>
          <w:szCs w:val="24"/>
        </w:rPr>
      </w:pPr>
      <w:r>
        <w:rPr>
          <w:rFonts w:hint="eastAsia"/>
          <w:sz w:val="24"/>
          <w:szCs w:val="24"/>
          <w:lang w:eastAsia="ja-JP"/>
        </w:rPr>
        <w:t>*</w:t>
      </w:r>
      <w:r>
        <w:rPr>
          <w:rFonts w:hint="eastAsia"/>
          <w:sz w:val="24"/>
          <w:szCs w:val="24"/>
          <w:lang w:eastAsia="ja-JP"/>
        </w:rPr>
        <w:t>年会費は月割りです</w:t>
      </w:r>
    </w:p>
    <w:p w14:paraId="6ABFC10D" w14:textId="33EDAFCC" w:rsidR="0008724B" w:rsidRPr="00902571" w:rsidRDefault="00000000" w:rsidP="004A0CEF">
      <w:pPr>
        <w:ind w:leftChars="257" w:left="565"/>
        <w:rPr>
          <w:sz w:val="24"/>
          <w:szCs w:val="24"/>
        </w:rPr>
      </w:pPr>
      <w:r w:rsidRPr="00902571">
        <w:rPr>
          <w:sz w:val="24"/>
          <w:szCs w:val="24"/>
        </w:rPr>
        <w:t>【</w:t>
      </w:r>
      <w:r w:rsidRPr="00902571">
        <w:rPr>
          <w:sz w:val="24"/>
          <w:szCs w:val="24"/>
        </w:rPr>
        <w:t xml:space="preserve">2. </w:t>
      </w:r>
      <w:proofErr w:type="spellStart"/>
      <w:r w:rsidRPr="00902571">
        <w:rPr>
          <w:sz w:val="24"/>
          <w:szCs w:val="24"/>
        </w:rPr>
        <w:t>申込者情報</w:t>
      </w:r>
      <w:proofErr w:type="spellEnd"/>
      <w:r w:rsidRPr="00902571">
        <w:rPr>
          <w:sz w:val="24"/>
          <w:szCs w:val="24"/>
        </w:rPr>
        <w:t xml:space="preserve"> / Applicant Information</w:t>
      </w:r>
      <w:r w:rsidRPr="00902571">
        <w:rPr>
          <w:sz w:val="24"/>
          <w:szCs w:val="24"/>
        </w:rPr>
        <w:t>】</w:t>
      </w:r>
    </w:p>
    <w:p w14:paraId="595DF998" w14:textId="77777777" w:rsidR="0008724B" w:rsidRPr="00902571" w:rsidRDefault="00000000" w:rsidP="00F21E3B">
      <w:pPr>
        <w:ind w:leftChars="357" w:left="785"/>
        <w:rPr>
          <w:sz w:val="24"/>
          <w:szCs w:val="24"/>
        </w:rPr>
      </w:pPr>
      <w:r w:rsidRPr="00902571">
        <w:rPr>
          <w:sz w:val="24"/>
          <w:szCs w:val="24"/>
        </w:rPr>
        <w:t>法人名または氏名：</w:t>
      </w:r>
      <w:r w:rsidRPr="00902571">
        <w:rPr>
          <w:sz w:val="24"/>
          <w:szCs w:val="24"/>
        </w:rPr>
        <w:t>__________________________________</w:t>
      </w:r>
      <w:r w:rsidRPr="00902571">
        <w:rPr>
          <w:sz w:val="24"/>
          <w:szCs w:val="24"/>
        </w:rPr>
        <w:br/>
      </w:r>
      <w:r w:rsidRPr="00902571">
        <w:rPr>
          <w:sz w:val="24"/>
          <w:szCs w:val="24"/>
        </w:rPr>
        <w:t>氏名（法人の場合、代表者名）：</w:t>
      </w:r>
      <w:r w:rsidRPr="00902571">
        <w:rPr>
          <w:sz w:val="24"/>
          <w:szCs w:val="24"/>
        </w:rPr>
        <w:t>_________________________</w:t>
      </w:r>
      <w:r w:rsidRPr="00902571">
        <w:rPr>
          <w:sz w:val="24"/>
          <w:szCs w:val="24"/>
        </w:rPr>
        <w:br/>
      </w:r>
      <w:r w:rsidRPr="00902571">
        <w:rPr>
          <w:sz w:val="24"/>
          <w:szCs w:val="24"/>
        </w:rPr>
        <w:t>住所：〒</w:t>
      </w:r>
      <w:r w:rsidRPr="00902571">
        <w:rPr>
          <w:sz w:val="24"/>
          <w:szCs w:val="24"/>
        </w:rPr>
        <w:t>____________________ __________________________</w:t>
      </w:r>
      <w:r w:rsidRPr="00902571">
        <w:rPr>
          <w:sz w:val="24"/>
          <w:szCs w:val="24"/>
        </w:rPr>
        <w:br/>
      </w:r>
      <w:r w:rsidRPr="00902571">
        <w:rPr>
          <w:sz w:val="24"/>
          <w:szCs w:val="24"/>
        </w:rPr>
        <w:t>電話番号：</w:t>
      </w:r>
      <w:r w:rsidRPr="00902571">
        <w:rPr>
          <w:sz w:val="24"/>
          <w:szCs w:val="24"/>
        </w:rPr>
        <w:t>____________________</w:t>
      </w:r>
      <w:r w:rsidRPr="00902571">
        <w:rPr>
          <w:sz w:val="24"/>
          <w:szCs w:val="24"/>
        </w:rPr>
        <w:t xml:space="preserve">　メール：</w:t>
      </w:r>
      <w:r w:rsidRPr="00902571">
        <w:rPr>
          <w:sz w:val="24"/>
          <w:szCs w:val="24"/>
        </w:rPr>
        <w:t>____________________</w:t>
      </w:r>
      <w:r w:rsidRPr="00902571">
        <w:rPr>
          <w:sz w:val="24"/>
          <w:szCs w:val="24"/>
        </w:rPr>
        <w:br/>
      </w:r>
      <w:r w:rsidRPr="00902571">
        <w:rPr>
          <w:sz w:val="24"/>
          <w:szCs w:val="24"/>
        </w:rPr>
        <w:t>事業内容・専門分野：</w:t>
      </w:r>
      <w:r w:rsidRPr="00902571">
        <w:rPr>
          <w:sz w:val="24"/>
          <w:szCs w:val="24"/>
        </w:rPr>
        <w:t>______________________________________</w:t>
      </w:r>
    </w:p>
    <w:p w14:paraId="053D2F50" w14:textId="77777777" w:rsidR="0008724B" w:rsidRPr="00902571" w:rsidRDefault="00000000" w:rsidP="004A0CEF">
      <w:pPr>
        <w:ind w:leftChars="257" w:left="565"/>
        <w:rPr>
          <w:sz w:val="24"/>
          <w:szCs w:val="24"/>
        </w:rPr>
      </w:pPr>
      <w:r w:rsidRPr="00902571">
        <w:rPr>
          <w:sz w:val="24"/>
          <w:szCs w:val="24"/>
        </w:rPr>
        <w:br/>
      </w:r>
      <w:r w:rsidRPr="00902571">
        <w:rPr>
          <w:sz w:val="24"/>
          <w:szCs w:val="24"/>
        </w:rPr>
        <w:t>【</w:t>
      </w:r>
      <w:r w:rsidRPr="00902571">
        <w:rPr>
          <w:sz w:val="24"/>
          <w:szCs w:val="24"/>
        </w:rPr>
        <w:t xml:space="preserve">3. </w:t>
      </w:r>
      <w:r w:rsidRPr="00902571">
        <w:rPr>
          <w:sz w:val="24"/>
          <w:szCs w:val="24"/>
        </w:rPr>
        <w:t>会員区分変更申請（該当者のみ）</w:t>
      </w:r>
      <w:r w:rsidRPr="00902571">
        <w:rPr>
          <w:sz w:val="24"/>
          <w:szCs w:val="24"/>
        </w:rPr>
        <w:t>/ Change of Membership Type</w:t>
      </w:r>
      <w:r w:rsidRPr="00902571">
        <w:rPr>
          <w:sz w:val="24"/>
          <w:szCs w:val="24"/>
        </w:rPr>
        <w:t>】</w:t>
      </w:r>
    </w:p>
    <w:p w14:paraId="174CC38B" w14:textId="77777777" w:rsidR="0008724B" w:rsidRPr="00902571" w:rsidRDefault="00000000" w:rsidP="00F21E3B">
      <w:pPr>
        <w:ind w:leftChars="357" w:left="785"/>
        <w:rPr>
          <w:sz w:val="24"/>
          <w:szCs w:val="24"/>
        </w:rPr>
      </w:pPr>
      <w:r w:rsidRPr="00902571">
        <w:rPr>
          <w:sz w:val="24"/>
          <w:szCs w:val="24"/>
        </w:rPr>
        <w:t xml:space="preserve">☐ </w:t>
      </w:r>
      <w:r w:rsidRPr="00902571">
        <w:rPr>
          <w:sz w:val="24"/>
          <w:szCs w:val="24"/>
        </w:rPr>
        <w:t>賛助会員から正会員への変更を申請します（差額入会金納付）。</w:t>
      </w:r>
    </w:p>
    <w:p w14:paraId="76F656CD" w14:textId="6D59B5A4" w:rsidR="0008724B" w:rsidRPr="00902571" w:rsidRDefault="00000000" w:rsidP="004A0CEF">
      <w:pPr>
        <w:ind w:leftChars="257" w:left="565"/>
        <w:rPr>
          <w:sz w:val="24"/>
          <w:szCs w:val="24"/>
          <w:lang w:eastAsia="ja-JP"/>
        </w:rPr>
      </w:pPr>
      <w:r w:rsidRPr="00902571">
        <w:rPr>
          <w:sz w:val="24"/>
          <w:szCs w:val="24"/>
          <w:lang w:eastAsia="ja-JP"/>
        </w:rPr>
        <w:t>【</w:t>
      </w:r>
      <w:r w:rsidRPr="00902571">
        <w:rPr>
          <w:sz w:val="24"/>
          <w:szCs w:val="24"/>
          <w:lang w:eastAsia="ja-JP"/>
        </w:rPr>
        <w:t xml:space="preserve">4. </w:t>
      </w:r>
      <w:r w:rsidRPr="00902571">
        <w:rPr>
          <w:sz w:val="24"/>
          <w:szCs w:val="24"/>
          <w:lang w:eastAsia="ja-JP"/>
        </w:rPr>
        <w:t>同意事項</w:t>
      </w:r>
      <w:r w:rsidRPr="00902571">
        <w:rPr>
          <w:sz w:val="24"/>
          <w:szCs w:val="24"/>
          <w:lang w:eastAsia="ja-JP"/>
        </w:rPr>
        <w:t xml:space="preserve"> / Agreement</w:t>
      </w:r>
      <w:r w:rsidRPr="00902571">
        <w:rPr>
          <w:sz w:val="24"/>
          <w:szCs w:val="24"/>
          <w:lang w:eastAsia="ja-JP"/>
        </w:rPr>
        <w:t>】</w:t>
      </w:r>
    </w:p>
    <w:p w14:paraId="636CF639" w14:textId="77777777" w:rsidR="0008724B" w:rsidRPr="00902571" w:rsidRDefault="00000000" w:rsidP="00F21E3B">
      <w:pPr>
        <w:ind w:leftChars="357" w:left="785"/>
        <w:rPr>
          <w:sz w:val="24"/>
          <w:szCs w:val="24"/>
          <w:lang w:eastAsia="ja-JP"/>
        </w:rPr>
      </w:pPr>
      <w:r w:rsidRPr="00902571">
        <w:rPr>
          <w:sz w:val="24"/>
          <w:szCs w:val="24"/>
          <w:lang w:eastAsia="ja-JP"/>
        </w:rPr>
        <w:t>以下の内容に同意のうえ、入会を申請いたします：</w:t>
      </w:r>
      <w:r w:rsidRPr="00902571">
        <w:rPr>
          <w:sz w:val="24"/>
          <w:szCs w:val="24"/>
          <w:lang w:eastAsia="ja-JP"/>
        </w:rPr>
        <w:br/>
      </w:r>
      <w:r w:rsidRPr="00902571">
        <w:rPr>
          <w:sz w:val="24"/>
          <w:szCs w:val="24"/>
          <w:lang w:eastAsia="ja-JP"/>
        </w:rPr>
        <w:t>・会費規程に定める入会金・年会費を納付します。</w:t>
      </w:r>
      <w:r w:rsidRPr="00902571">
        <w:rPr>
          <w:sz w:val="24"/>
          <w:szCs w:val="24"/>
          <w:lang w:eastAsia="ja-JP"/>
        </w:rPr>
        <w:br/>
      </w:r>
      <w:r w:rsidRPr="00902571">
        <w:rPr>
          <w:sz w:val="24"/>
          <w:szCs w:val="24"/>
          <w:lang w:eastAsia="ja-JP"/>
        </w:rPr>
        <w:t>・申請内容が正確であることを保証します。</w:t>
      </w:r>
      <w:r w:rsidRPr="00902571">
        <w:rPr>
          <w:sz w:val="24"/>
          <w:szCs w:val="24"/>
          <w:lang w:eastAsia="ja-JP"/>
        </w:rPr>
        <w:br/>
      </w:r>
      <w:r w:rsidRPr="00902571">
        <w:rPr>
          <w:sz w:val="24"/>
          <w:szCs w:val="24"/>
          <w:lang w:eastAsia="ja-JP"/>
        </w:rPr>
        <w:t>・登録情報および個人情報は適切に管理されます。</w:t>
      </w:r>
      <w:r w:rsidRPr="00902571">
        <w:rPr>
          <w:sz w:val="24"/>
          <w:szCs w:val="24"/>
          <w:lang w:eastAsia="ja-JP"/>
        </w:rPr>
        <w:br/>
      </w:r>
      <w:r w:rsidRPr="00902571">
        <w:rPr>
          <w:sz w:val="24"/>
          <w:szCs w:val="24"/>
          <w:lang w:eastAsia="ja-JP"/>
        </w:rPr>
        <w:br/>
      </w:r>
      <w:r w:rsidRPr="00902571">
        <w:rPr>
          <w:sz w:val="24"/>
          <w:szCs w:val="24"/>
          <w:lang w:eastAsia="ja-JP"/>
        </w:rPr>
        <w:t>署名：</w:t>
      </w:r>
      <w:r w:rsidRPr="00902571">
        <w:rPr>
          <w:sz w:val="24"/>
          <w:szCs w:val="24"/>
          <w:lang w:eastAsia="ja-JP"/>
        </w:rPr>
        <w:t>______________________________</w:t>
      </w:r>
      <w:r w:rsidRPr="00902571">
        <w:rPr>
          <w:sz w:val="24"/>
          <w:szCs w:val="24"/>
          <w:lang w:eastAsia="ja-JP"/>
        </w:rPr>
        <w:t xml:space="preserve">　日付：</w:t>
      </w:r>
      <w:r w:rsidRPr="00902571">
        <w:rPr>
          <w:sz w:val="24"/>
          <w:szCs w:val="24"/>
          <w:lang w:eastAsia="ja-JP"/>
        </w:rPr>
        <w:t>_______</w:t>
      </w:r>
      <w:r w:rsidRPr="00902571">
        <w:rPr>
          <w:sz w:val="24"/>
          <w:szCs w:val="24"/>
          <w:lang w:eastAsia="ja-JP"/>
        </w:rPr>
        <w:t>年</w:t>
      </w:r>
      <w:r w:rsidRPr="00902571">
        <w:rPr>
          <w:sz w:val="24"/>
          <w:szCs w:val="24"/>
          <w:lang w:eastAsia="ja-JP"/>
        </w:rPr>
        <w:t>___</w:t>
      </w:r>
      <w:r w:rsidRPr="00902571">
        <w:rPr>
          <w:sz w:val="24"/>
          <w:szCs w:val="24"/>
          <w:lang w:eastAsia="ja-JP"/>
        </w:rPr>
        <w:t>月</w:t>
      </w:r>
      <w:r w:rsidRPr="00902571">
        <w:rPr>
          <w:sz w:val="24"/>
          <w:szCs w:val="24"/>
          <w:lang w:eastAsia="ja-JP"/>
        </w:rPr>
        <w:t>___</w:t>
      </w:r>
      <w:r w:rsidRPr="00902571">
        <w:rPr>
          <w:sz w:val="24"/>
          <w:szCs w:val="24"/>
          <w:lang w:eastAsia="ja-JP"/>
        </w:rPr>
        <w:t>日</w:t>
      </w:r>
    </w:p>
    <w:p w14:paraId="14D9E8F8" w14:textId="77777777" w:rsidR="00DD52EF" w:rsidRPr="00902571" w:rsidRDefault="00000000" w:rsidP="00F21E3B">
      <w:pPr>
        <w:ind w:leftChars="357" w:left="785"/>
        <w:rPr>
          <w:sz w:val="24"/>
          <w:szCs w:val="24"/>
          <w:lang w:eastAsia="ja-JP"/>
        </w:rPr>
      </w:pPr>
      <w:r w:rsidRPr="00902571">
        <w:rPr>
          <w:sz w:val="24"/>
          <w:szCs w:val="24"/>
          <w:lang w:eastAsia="ja-JP"/>
        </w:rPr>
        <w:br/>
      </w:r>
      <w:r w:rsidRPr="00902571">
        <w:rPr>
          <w:sz w:val="24"/>
          <w:szCs w:val="24"/>
          <w:lang w:eastAsia="ja-JP"/>
        </w:rPr>
        <w:t>提出先：一般社団法人</w:t>
      </w:r>
      <w:r w:rsidRPr="00902571">
        <w:rPr>
          <w:sz w:val="24"/>
          <w:szCs w:val="24"/>
          <w:lang w:eastAsia="ja-JP"/>
        </w:rPr>
        <w:t xml:space="preserve"> </w:t>
      </w:r>
      <w:r w:rsidRPr="00902571">
        <w:rPr>
          <w:sz w:val="24"/>
          <w:szCs w:val="24"/>
          <w:lang w:eastAsia="ja-JP"/>
        </w:rPr>
        <w:t>日本薬業支援家協会</w:t>
      </w:r>
      <w:r w:rsidRPr="00902571">
        <w:rPr>
          <w:sz w:val="24"/>
          <w:szCs w:val="24"/>
          <w:lang w:eastAsia="ja-JP"/>
        </w:rPr>
        <w:t xml:space="preserve"> </w:t>
      </w:r>
      <w:r w:rsidRPr="00902571">
        <w:rPr>
          <w:sz w:val="24"/>
          <w:szCs w:val="24"/>
          <w:lang w:eastAsia="ja-JP"/>
        </w:rPr>
        <w:t>事務局</w:t>
      </w:r>
    </w:p>
    <w:p w14:paraId="662EDD5E" w14:textId="3F8BFF8D" w:rsidR="0008724B" w:rsidRPr="00902571" w:rsidRDefault="00000000" w:rsidP="004A0CEF">
      <w:pPr>
        <w:ind w:leftChars="257" w:left="565"/>
        <w:rPr>
          <w:sz w:val="24"/>
          <w:szCs w:val="24"/>
          <w:lang w:eastAsia="ja-JP"/>
        </w:rPr>
      </w:pPr>
      <w:r w:rsidRPr="00902571">
        <w:rPr>
          <w:sz w:val="24"/>
          <w:szCs w:val="24"/>
          <w:lang w:eastAsia="ja-JP"/>
        </w:rPr>
        <w:t>（住所</w:t>
      </w:r>
      <w:r w:rsidR="00DD52EF" w:rsidRPr="00902571">
        <w:rPr>
          <w:rFonts w:hint="eastAsia"/>
          <w:sz w:val="24"/>
          <w:szCs w:val="24"/>
          <w:lang w:eastAsia="ja-JP"/>
        </w:rPr>
        <w:t xml:space="preserve">: </w:t>
      </w:r>
      <w:r w:rsidR="00DD52EF" w:rsidRPr="00902571">
        <w:rPr>
          <w:rFonts w:hint="eastAsia"/>
          <w:sz w:val="24"/>
          <w:szCs w:val="24"/>
          <w:lang w:eastAsia="ja-JP"/>
        </w:rPr>
        <w:t>東京都北区赤羽西</w:t>
      </w:r>
      <w:r w:rsidR="00DD52EF" w:rsidRPr="00902571">
        <w:rPr>
          <w:rFonts w:hint="eastAsia"/>
          <w:sz w:val="24"/>
          <w:szCs w:val="24"/>
          <w:lang w:eastAsia="ja-JP"/>
        </w:rPr>
        <w:t>1-23-1-301</w:t>
      </w:r>
      <w:r w:rsidRPr="00902571">
        <w:rPr>
          <w:sz w:val="24"/>
          <w:szCs w:val="24"/>
          <w:lang w:eastAsia="ja-JP"/>
        </w:rPr>
        <w:t>・</w:t>
      </w:r>
      <w:r w:rsidRPr="00902571">
        <w:rPr>
          <w:sz w:val="24"/>
          <w:szCs w:val="24"/>
          <w:lang w:eastAsia="ja-JP"/>
        </w:rPr>
        <w:t>E</w:t>
      </w:r>
      <w:r w:rsidRPr="00902571">
        <w:rPr>
          <w:sz w:val="24"/>
          <w:szCs w:val="24"/>
          <w:lang w:eastAsia="ja-JP"/>
        </w:rPr>
        <w:t>メール</w:t>
      </w:r>
      <w:r w:rsidR="00DD52EF" w:rsidRPr="00902571">
        <w:rPr>
          <w:rFonts w:hint="eastAsia"/>
          <w:sz w:val="24"/>
          <w:szCs w:val="24"/>
          <w:lang w:eastAsia="ja-JP"/>
        </w:rPr>
        <w:t>: j-pbsa@outlook.com</w:t>
      </w:r>
      <w:r w:rsidRPr="00902571">
        <w:rPr>
          <w:sz w:val="24"/>
          <w:szCs w:val="24"/>
          <w:lang w:eastAsia="ja-JP"/>
        </w:rPr>
        <w:t>）</w:t>
      </w:r>
    </w:p>
    <w:sectPr w:rsidR="0008724B" w:rsidRPr="00902571" w:rsidSect="0090257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5384855">
    <w:abstractNumId w:val="8"/>
  </w:num>
  <w:num w:numId="2" w16cid:durableId="1692880734">
    <w:abstractNumId w:val="6"/>
  </w:num>
  <w:num w:numId="3" w16cid:durableId="108821094">
    <w:abstractNumId w:val="5"/>
  </w:num>
  <w:num w:numId="4" w16cid:durableId="1784035146">
    <w:abstractNumId w:val="4"/>
  </w:num>
  <w:num w:numId="5" w16cid:durableId="1359702318">
    <w:abstractNumId w:val="7"/>
  </w:num>
  <w:num w:numId="6" w16cid:durableId="1971938272">
    <w:abstractNumId w:val="3"/>
  </w:num>
  <w:num w:numId="7" w16cid:durableId="1932350143">
    <w:abstractNumId w:val="2"/>
  </w:num>
  <w:num w:numId="8" w16cid:durableId="156001385">
    <w:abstractNumId w:val="1"/>
  </w:num>
  <w:num w:numId="9" w16cid:durableId="195582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24B"/>
    <w:rsid w:val="0015074B"/>
    <w:rsid w:val="00170797"/>
    <w:rsid w:val="001748E2"/>
    <w:rsid w:val="0029639D"/>
    <w:rsid w:val="00326F90"/>
    <w:rsid w:val="004A0CEF"/>
    <w:rsid w:val="00902571"/>
    <w:rsid w:val="009A006F"/>
    <w:rsid w:val="00AA1D8D"/>
    <w:rsid w:val="00B47730"/>
    <w:rsid w:val="00CB0664"/>
    <w:rsid w:val="00DD52EF"/>
    <w:rsid w:val="00F21E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34A518"/>
  <w14:defaultImageDpi w14:val="300"/>
  <w15:docId w15:val="{27B4DAC2-115F-43B4-9B04-F5CD6D89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Satoru Suzuki</cp:lastModifiedBy>
  <cp:revision>5</cp:revision>
  <cp:lastPrinted>2025-05-01T06:02:00Z</cp:lastPrinted>
  <dcterms:created xsi:type="dcterms:W3CDTF">2025-05-01T05:55:00Z</dcterms:created>
  <dcterms:modified xsi:type="dcterms:W3CDTF">2026-08-13T00:54:00Z</dcterms:modified>
  <cp:category/>
</cp:coreProperties>
</file>